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היומן של שחר – עונה ראשונה לקבוצת הכוכבות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ביומן של שחר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המסרים המרכזיים בטקסט – עבודת צוות והתמדה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מתוך פרטי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ספטמבר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להשתפר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הפסד אפס-שש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אלכסנדרה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שתים 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באימון הראשון הגיעו רק שבע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מספר שלמרות הגשם כולן הגיעו והתאמנו באולם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הבינו שעדיף לשחק יחד ולא לרוץ לבד עם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הקבוצה הבקיעה שער אבל עדיין הפסידה אחת-שתיים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המשחק האחרון הסתיים בתיקו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מחמאה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חודש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(האימון הראשון של קבוצת הכדורגל החדשה)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(הפסד אפס-שש במשחק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 הבנות הגיעו לאימון למרות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(הקבוצה גדלה לשתים עשרה בנות ולמדה למסור את הכדור)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(הקבוצה הבקיעה את השער הראשון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(המשחק האחרון של העונה הסתיים בתיקו)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האימון הראשון של קבוצת הכדורגל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הפסד אפס-שש במשחק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הבנות מגיעות לאימון למרות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הקבוצה לומדת למסור את הכדור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הקבוצה מבקיעה את השער הראשון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המשחק האחרון של העונה מסתיים בתיקו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הקבוצה התחילה קטנה וחלשה, בדיוק כמו זרע, והתפתחה לאט לאורך העונה עד שהגיעה להישגים, כמו עץ שגדל בהדרגה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למסר של השתפרות ועבודת צוות ולא ניצחון בכל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שינוי כמו גידול הקבוצה, למידת מסירות או שיפור בתוצאות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שהתקדמות והתמדה חשובות יותר מהתוצאה הסופית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היומן בקול לפני מילוי הדף, כדי לחזק את הקצב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במשמעות המשפט של רונית על הקבוצה כמו שעון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והתלמידות לשתף את קטע היומן שכתבו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היומן של שחר – עונה ראשונה לקבוצת הכוכבות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הוא יומן שכתבה שחר על העונה הראשונה של קבוצת הכדורגל של בנות השכונה, מספטמבר ועד מאי. ביומן אפשר לראות איך הקבוצה השתנתה והשתפרה במהלך הזמן.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התקיים האימון הראשון של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אמרה רונית המאמנת באימון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לנצח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מושלמות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היתה תוצאת המשחק הראשון של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הפסד אפס-שש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הפסד אחת-שתיים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עצרה שלושה כדורים ברצף באימון בדצמבר?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אלכסנדרה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בנות היו בקבוצה בחודש ינואר?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בספטמבר הגיעו לאימון הראשון שתים עשרה בנות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בדצמבר ירד גשם חזק וכל הבנות הגיעו בכל זאת לאימון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בינואר הבנות למדו למסור את הכדור זו לזו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במרץ הקבוצה ניצחה במשחק בפעם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האחרון של העונה, במאי, הסתיים בהפסד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המאמנת של הקבוצה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בדצמבר __________ של הקבוצה עצרה שלושה כדורים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בינואר כל שחקנית אמרה __________ אחת לחברה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השחקנית שהבקיעה את השער הראשון של הקבוצה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חודש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ספטמבר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הפסד אפס-שש במשחק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נובמבר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האימון הראשון של קבוצת הכדורגל החדשה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דצמבר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הקבוצה גדלה לשתים עשרה בנות ולמדה למסור את הכדור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ינואר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הבנות הגיעו לאימון למרות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המשחק האחרון של העונה הסתיים בתיקו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הקבוצה הבקיעה את השער הראשון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הפסד אפס-שש במשחק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האימון הראשון של קבוצת הכדורגל החדשה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מבקיעה את השער הראשון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האחרון של העונה מסתיים בתיקו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לומדת למסור את הכדור ביניהן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הבנות מגיעות לאימון למרות 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הקשר בין דברי אמא על העץ שגדל מזרע קטן לבין מה שקרה לקבוצה במהלך העונה?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המסר המרכזי שרונית מעבירה לקבוצה לאורך העונה?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שינוי אחד שעברה הקבוצה מספטמבר ועד מאי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שחר מרגישה שהקבוצה ניצחה, למרות שהמשחק האחרון הסתיים בתיקו?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היומן של שחר – עונה ראשונה לקבוצת הכוכבות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