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היומן של שחר – עונה ראשונה לקבוצת הכוכבות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ביומן של שחר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המסרים המרכזיים בטקסט – עבודת צוות והתמדה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מתוך פרטי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ספטמבר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להשתפר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באימון הראשון הגיעו רק שבע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מספר שלמרות הגשם כולן הגיעו והתאמנו באולם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מחמאה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חודש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(האימון הראשון של קבוצת הכדורגל החדשה)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(הפסד אפס-שש במשחק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 הבנות הגיעו לאימון למרות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(הקבוצה גדלה לשתים עשרה בנות ולמדה למסור את הכדור)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האימון הראשון של קבוצת הכדורגל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הפסד אפס-שש במשחק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הקבוצה לומדת למסור את הכדור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המשחק האחרון של העונה מסתיים בתיקו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למסר של השתפרות ועבודת צוות ולא ניצחון בכל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שינוי כמו גידול הקבוצה, למידת מסירות או שיפור בתוצאות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שהתקדמות והתמדה חשובות יותר מהתוצאה הסופית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היומן בקול לפני מילוי הדף, כדי לחזק את הקצב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במשמעות המשפט של רונית על הקבוצה כמו שעון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והתלמידות לשתף את קטע היומן שכתבו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היומן של שחר – עונה ראשונה לקבוצת הכוכבות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הוא יומן שכתבה שחר על העונה הראשונה של קבוצת הכדורגל של בנות השכונה, מספטמבר ועד מאי. ביומן אפשר לראות איך הקבוצה השתנתה והשתפרה במהלך הזמן.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מחמאה  ·  רונית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התקיים האימון הראשון של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אמרה רונית המאמנת באימון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לנצח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להיות מושלמות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להשתפר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בספטמבר הגיעו לאימון הראשון שתים עשרה בנות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בדצמבר ירד גשם חזק וכל הבנות הגיעו בכל זאת לאימון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המאמנת של הקבוצה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בינואר כל שחקנית אמרה __________ אחת לחברה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חודש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ספטמבר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 הבנות הגיעו לאימון למרות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נובמבר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האימון הראשון של קבוצת הכדורגל החדשה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דצמבר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הקבוצה גדלה לשתים עשרה בנות ולמדה למסור את הכדור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ינואר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הפסד אפס-שש במשחק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המשחק האחרון של העונה מסתיים בתיקו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האימון הראשון של קבוצת הכדורגל החדשה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הפסד אפס-שש במשחק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הקבוצה לומדת למסור את הכדור ביניהן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המסר המרכזי שרונית מעבירה לקבוצה לאורך העונה?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שינוי אחד שעברה הקבוצה מספטמבר ועד מאי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היומן של שחר – עונה ראשונה לקבוצת הכוכבות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